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B416B" w14:textId="77777777" w:rsidR="008F359D" w:rsidRDefault="00460530">
      <w:pPr>
        <w:pStyle w:val="Hinweis-Klein"/>
        <w:spacing w:after="200"/>
      </w:pPr>
      <w:r>
        <w:rPr>
          <w:b/>
        </w:rPr>
        <w:t>Vorlage Hausarbeit · Jura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1"/>
      </w:tblGrid>
      <w:tr w:rsidR="008F359D" w14:paraId="6C869860" w14:textId="77777777">
        <w:tc>
          <w:tcPr>
            <w:tcW w:w="9071" w:type="dxa"/>
            <w:tcBorders>
              <w:left w:val="single" w:sz="24" w:space="0" w:color="0B1017"/>
            </w:tcBorders>
            <w:shd w:val="clear" w:color="auto" w:fill="F5F6F8"/>
            <w:tcMar>
              <w:top w:w="170" w:type="dxa"/>
              <w:left w:w="260" w:type="dxa"/>
              <w:bottom w:w="140" w:type="dxa"/>
              <w:right w:w="260" w:type="dxa"/>
            </w:tcMar>
          </w:tcPr>
          <w:p w14:paraId="7E197D29" w14:textId="77777777" w:rsidR="008F359D" w:rsidRDefault="00460530">
            <w:pPr>
              <w:pStyle w:val="Hinweis-Titel"/>
            </w:pPr>
            <w:r>
              <w:t>So nutzt du die Vorlage</w:t>
            </w:r>
          </w:p>
          <w:p w14:paraId="32E37F30" w14:textId="77777777" w:rsidR="008F359D" w:rsidRDefault="00460530">
            <w:pPr>
              <w:pStyle w:val="Hinweis-Text"/>
              <w:tabs>
                <w:tab w:val="left" w:pos="340"/>
              </w:tabs>
            </w:pPr>
            <w:r>
              <w:rPr>
                <w:b/>
                <w:color w:val="8A6D00"/>
              </w:rPr>
              <w:t>1.</w:t>
            </w:r>
            <w:r>
              <w:rPr>
                <w:b/>
                <w:color w:val="8A6D00"/>
              </w:rPr>
              <w:tab/>
            </w:r>
            <w:r>
              <w:rPr>
                <w:b/>
              </w:rPr>
              <w:t>Diese Seite löschen.</w:t>
            </w:r>
            <w:r>
              <w:t xml:space="preserve"> Markiere sie vor der Abgabe komplett und lösche sie. Der Rest der Datei ist die eigentliche Arbeit.</w:t>
            </w:r>
          </w:p>
          <w:p w14:paraId="5C93207D" w14:textId="77777777" w:rsidR="008F359D" w:rsidRDefault="00460530">
            <w:pPr>
              <w:pStyle w:val="Hinweis-Text"/>
              <w:tabs>
                <w:tab w:val="left" w:pos="340"/>
              </w:tabs>
            </w:pPr>
            <w:r>
              <w:rPr>
                <w:b/>
                <w:color w:val="8A6D00"/>
              </w:rPr>
              <w:t>2.</w:t>
            </w:r>
            <w:r>
              <w:rPr>
                <w:b/>
                <w:color w:val="8A6D00"/>
              </w:rPr>
              <w:tab/>
            </w:r>
            <w:r>
              <w:rPr>
                <w:b/>
              </w:rPr>
              <w:t>Platzhalter ersetzen.</w:t>
            </w:r>
            <w:r>
              <w:t xml:space="preserve"> Alles in goldgelben eckigen Klammern auf dem Deckblatt und in der Eigenständigkeitserklärung ist ein Platzhalter. Setze deine Angaben ein und entferne die eckigen Klammern.</w:t>
            </w:r>
          </w:p>
          <w:p w14:paraId="13524344" w14:textId="77777777" w:rsidR="008F359D" w:rsidRDefault="00460530">
            <w:pPr>
              <w:pStyle w:val="Hinweis-Text"/>
              <w:tabs>
                <w:tab w:val="left" w:pos="340"/>
              </w:tabs>
            </w:pPr>
            <w:r>
              <w:rPr>
                <w:b/>
                <w:color w:val="8A6D00"/>
              </w:rPr>
              <w:t>3.</w:t>
            </w:r>
            <w:r>
              <w:rPr>
                <w:b/>
                <w:color w:val="8A6D00"/>
              </w:rPr>
              <w:tab/>
            </w:r>
            <w:r>
              <w:rPr>
                <w:b/>
              </w:rPr>
              <w:t>Überschriften über die Formatvorlagen setzen.</w:t>
            </w:r>
            <w:r>
              <w:t xml:space="preserve"> Für das Gutachten gibt es „Überschrift 1“ bis „Überschrift 5“. Sie nummerieren selbst: A. – I. – 1. – a) – aa). Nicht von Hand nummerieren.</w:t>
            </w:r>
          </w:p>
          <w:p w14:paraId="55EB31BD" w14:textId="77777777" w:rsidR="008F359D" w:rsidRDefault="00460530">
            <w:pPr>
              <w:pStyle w:val="Hinweis-Text"/>
              <w:tabs>
                <w:tab w:val="left" w:pos="340"/>
              </w:tabs>
            </w:pPr>
            <w:r>
              <w:rPr>
                <w:b/>
                <w:color w:val="8A6D00"/>
              </w:rPr>
              <w:t>4.</w:t>
            </w:r>
            <w:r>
              <w:rPr>
                <w:b/>
                <w:color w:val="8A6D00"/>
              </w:rPr>
              <w:tab/>
            </w:r>
            <w:r>
              <w:rPr>
                <w:b/>
              </w:rPr>
              <w:t>Inhaltsverzeichnis aktualisieren.</w:t>
            </w:r>
            <w:r>
              <w:t xml:space="preserve"> Rechtsklick auf das Verzeichnis, „Feld aktualisieren“, „Gesamtes Verzeichnis aktualisieren“. Danach stimmen Gliederung und Seitenzahlen.</w:t>
            </w:r>
          </w:p>
          <w:p w14:paraId="3ADFF5AE" w14:textId="77777777" w:rsidR="008F359D" w:rsidRDefault="00460530">
            <w:pPr>
              <w:pStyle w:val="Hinweis-Text"/>
              <w:tabs>
                <w:tab w:val="left" w:pos="340"/>
              </w:tabs>
            </w:pPr>
            <w:r>
              <w:rPr>
                <w:b/>
                <w:color w:val="8A6D00"/>
              </w:rPr>
              <w:t>5.</w:t>
            </w:r>
            <w:r>
              <w:rPr>
                <w:b/>
                <w:color w:val="8A6D00"/>
              </w:rPr>
              <w:tab/>
            </w:r>
            <w:r>
              <w:rPr>
                <w:b/>
              </w:rPr>
              <w:t>Fußnoten über Word einfügen.</w:t>
            </w:r>
            <w:r>
              <w:t xml:space="preserve"> Einfügen, Fußnote (Windows: Strg+Alt+F). Sie erscheinen automatisch in 10 pt mit einfachem Zeilenabstand.</w:t>
            </w:r>
          </w:p>
          <w:p w14:paraId="3CE0DBC5" w14:textId="77777777" w:rsidR="008F359D" w:rsidRDefault="00460530">
            <w:pPr>
              <w:pStyle w:val="Hinweis-Text"/>
              <w:tabs>
                <w:tab w:val="left" w:pos="340"/>
              </w:tabs>
            </w:pPr>
            <w:r>
              <w:rPr>
                <w:b/>
                <w:color w:val="8A6D00"/>
              </w:rPr>
              <w:t>6.</w:t>
            </w:r>
            <w:r>
              <w:rPr>
                <w:b/>
                <w:color w:val="8A6D00"/>
              </w:rPr>
              <w:tab/>
            </w:r>
            <w:r>
              <w:rPr>
                <w:b/>
              </w:rPr>
              <w:t>Layout an deinen Lehrstuhl anpassen.</w:t>
            </w:r>
            <w:r>
              <w:t xml:space="preserve"> Voreingestellt sind Times New Roman, Fließtext 12 pt, Zeilenabstand 1,5, Fußnoten 10 pt und ein Korrekturrand links von 7 cm. Das sind typische Werte, keine verbindliche Vorgabe: Manche Lehrstühle verlangen eine andere Schrift, einen Korrekturrand rechts oder ein Drittel der Seite. Das Merkblatt deines Lehrstuhls geht vor. Ränder: Layout, Seitenränder. Schrift und Abstände: Start, Formatvorlagen, Rechtsklick auf „Standard“, Ändern.</w:t>
            </w:r>
          </w:p>
          <w:p w14:paraId="195BD9F4" w14:textId="77777777" w:rsidR="008F359D" w:rsidRDefault="00460530">
            <w:pPr>
              <w:pStyle w:val="Hinweis-Text"/>
              <w:tabs>
                <w:tab w:val="left" w:pos="340"/>
              </w:tabs>
            </w:pPr>
            <w:r>
              <w:rPr>
                <w:b/>
                <w:color w:val="8A6D00"/>
              </w:rPr>
              <w:t>7.</w:t>
            </w:r>
            <w:r>
              <w:rPr>
                <w:b/>
                <w:color w:val="8A6D00"/>
              </w:rPr>
              <w:tab/>
            </w:r>
            <w:r>
              <w:rPr>
                <w:b/>
              </w:rPr>
              <w:t>Aufbau und Seitenzahlen.</w:t>
            </w:r>
            <w:r>
              <w:t xml:space="preserve"> Typisch ist die hier gewählte Reihenfolge (Deckblatt, Verzeichnisse, sodann Sachverhalt und Gutachten) mit römischen Seitenzahlen für die Verzeichnisse und arabisch 1 beim Sachverhalt. Reihenfolge und Zählung sind je nach Lehrstuhl verschieden. Das Merkblatt geht vor.</w:t>
            </w:r>
          </w:p>
          <w:p w14:paraId="73C520C2" w14:textId="77777777" w:rsidR="008F359D" w:rsidRDefault="00460530">
            <w:pPr>
              <w:pStyle w:val="Hinweis-Klein"/>
              <w:spacing w:before="120"/>
            </w:pPr>
            <w:r>
              <w:t>Alle Angaben in dieser Vorlage sind typisch, aber keine Vorgabe. Die Vorlage ist ein Ausgangspunkt, kein Ersatz für das Merkblatt deines Lehrstuhls. Lehrstuhlvorgaben gehen immer vor.</w:t>
            </w:r>
          </w:p>
        </w:tc>
      </w:tr>
    </w:tbl>
    <w:p w14:paraId="02909C48" w14:textId="77777777" w:rsidR="008F359D" w:rsidRDefault="008F359D">
      <w:pPr>
        <w:pStyle w:val="Hinweis-Klein"/>
        <w:spacing w:before="360"/>
      </w:pPr>
    </w:p>
    <w:p w14:paraId="00C81DF3" w14:textId="1AE9A60B" w:rsidR="008F359D" w:rsidRDefault="00460530">
      <w:pPr>
        <w:pStyle w:val="Hinweis-Klein"/>
        <w:spacing w:before="280"/>
      </w:pPr>
      <w:r>
        <w:rPr>
          <w:b/>
        </w:rPr>
        <w:t xml:space="preserve">Fußnoten und Literaturverzeichnis einheitlich halten? </w:t>
      </w:r>
      <w:r>
        <w:t xml:space="preserve">QuellenPilot ist ein Add-in für Word. Es setzt Fußnoten nach der Zitierweise deines Lehrstuhls und zeigt Abweichungen vom Stil mit einem Vorschlag zum Ersetzen. Du findest es in Word unter Einfügen → Add-Ins (Suche „QuellenPilot“). Mehr: </w:t>
      </w:r>
      <w:hyperlink r:id="rId8">
        <w:r>
          <w:rPr>
            <w:color w:val="0B1017"/>
            <w:u w:val="single"/>
          </w:rPr>
          <w:t>praedikatspilot.de/quellenpilot?von=ig_dm_vorlage</w:t>
        </w:r>
      </w:hyperlink>
    </w:p>
    <w:p w14:paraId="183191B4" w14:textId="77777777" w:rsidR="008F359D" w:rsidRDefault="008F359D">
      <w:pPr>
        <w:sectPr w:rsidR="008F359D">
          <w:pgSz w:w="11906" w:h="16838"/>
          <w:pgMar w:top="1417" w:right="1417" w:bottom="1417" w:left="1417" w:header="709" w:footer="709" w:gutter="0"/>
          <w:cols w:space="720"/>
          <w:docGrid w:linePitch="360"/>
        </w:sectPr>
      </w:pPr>
    </w:p>
    <w:p w14:paraId="40AF6720" w14:textId="77777777" w:rsidR="008F359D" w:rsidRDefault="00460530">
      <w:pPr>
        <w:pStyle w:val="Deckblatt"/>
        <w:spacing w:after="80"/>
      </w:pPr>
      <w:r>
        <w:rPr>
          <w:rStyle w:val="Platzhalter"/>
          <w:b/>
          <w:sz w:val="32"/>
        </w:rPr>
        <w:lastRenderedPageBreak/>
        <w:t>[Name der Universität]</w:t>
      </w:r>
    </w:p>
    <w:p w14:paraId="2413FAF1" w14:textId="77777777" w:rsidR="008F359D" w:rsidRDefault="00460530">
      <w:pPr>
        <w:pStyle w:val="Deckblatt"/>
        <w:spacing w:after="80"/>
      </w:pPr>
      <w:r>
        <w:rPr>
          <w:rStyle w:val="Platzhalter"/>
          <w:sz w:val="26"/>
        </w:rPr>
        <w:t>[Fakultät, z. B. Juristische Fakultät]</w:t>
      </w:r>
    </w:p>
    <w:p w14:paraId="2D8EC412" w14:textId="77777777" w:rsidR="008F359D" w:rsidRDefault="00460530">
      <w:pPr>
        <w:pStyle w:val="Deckblatt"/>
      </w:pPr>
      <w:r>
        <w:rPr>
          <w:rStyle w:val="Platzhalter"/>
          <w:sz w:val="26"/>
        </w:rPr>
        <w:t>[Lehrstuhl für …, Prof. Dr. …]</w:t>
      </w:r>
    </w:p>
    <w:p w14:paraId="5904BC2E" w14:textId="77777777" w:rsidR="008F359D" w:rsidRDefault="00460530">
      <w:pPr>
        <w:pStyle w:val="Deckblatt"/>
        <w:spacing w:before="1400" w:after="40"/>
      </w:pPr>
      <w:r>
        <w:rPr>
          <w:rStyle w:val="Platzhalter"/>
          <w:sz w:val="26"/>
        </w:rPr>
        <w:t>[Art der Arbeit, z. B. Hausarbeit im Schwerpunktbereich]</w:t>
      </w:r>
    </w:p>
    <w:p w14:paraId="25B42228" w14:textId="77777777" w:rsidR="008F359D" w:rsidRDefault="00460530">
      <w:pPr>
        <w:pStyle w:val="Deckblatt"/>
      </w:pPr>
      <w:r>
        <w:rPr>
          <w:rStyle w:val="Platzhalter"/>
          <w:sz w:val="26"/>
        </w:rPr>
        <w:t>[Semester der Veranstaltung, z. B. Sommersemester 2026]</w:t>
      </w:r>
    </w:p>
    <w:p w14:paraId="0A8F0C29" w14:textId="77777777" w:rsidR="008F359D" w:rsidRDefault="00460530">
      <w:pPr>
        <w:pStyle w:val="Deckblatt-Titel"/>
        <w:spacing w:before="1280" w:after="1280"/>
      </w:pPr>
      <w:r>
        <w:rPr>
          <w:rStyle w:val="Platzhalter"/>
        </w:rPr>
        <w:t>[Thema der Arbeit]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4195"/>
      </w:tblGrid>
      <w:tr w:rsidR="008F359D" w14:paraId="5098A80B" w14:textId="77777777">
        <w:trPr>
          <w:jc w:val="center"/>
        </w:trPr>
        <w:tc>
          <w:tcPr>
            <w:tcW w:w="2608" w:type="dxa"/>
          </w:tcPr>
          <w:p w14:paraId="2CD23A24" w14:textId="77777777" w:rsidR="008F359D" w:rsidRDefault="00460530">
            <w:pPr>
              <w:pStyle w:val="Deckblatt"/>
              <w:spacing w:after="140"/>
              <w:jc w:val="left"/>
            </w:pPr>
            <w:r>
              <w:rPr>
                <w:b/>
              </w:rPr>
              <w:t>Bearbeiter/in:</w:t>
            </w:r>
          </w:p>
        </w:tc>
        <w:tc>
          <w:tcPr>
            <w:tcW w:w="4195" w:type="dxa"/>
          </w:tcPr>
          <w:p w14:paraId="180D483A" w14:textId="77777777" w:rsidR="008F359D" w:rsidRDefault="00460530">
            <w:pPr>
              <w:pStyle w:val="Deckblatt"/>
              <w:spacing w:after="140"/>
              <w:jc w:val="left"/>
            </w:pPr>
            <w:r>
              <w:rPr>
                <w:rStyle w:val="Platzhalter"/>
              </w:rPr>
              <w:t>[Vorname Nachname]</w:t>
            </w:r>
          </w:p>
        </w:tc>
      </w:tr>
      <w:tr w:rsidR="008F359D" w14:paraId="38C054C0" w14:textId="77777777">
        <w:trPr>
          <w:jc w:val="center"/>
        </w:trPr>
        <w:tc>
          <w:tcPr>
            <w:tcW w:w="2608" w:type="dxa"/>
          </w:tcPr>
          <w:p w14:paraId="0B739912" w14:textId="77777777" w:rsidR="008F359D" w:rsidRDefault="00460530">
            <w:pPr>
              <w:pStyle w:val="Deckblatt"/>
              <w:spacing w:after="140"/>
              <w:jc w:val="left"/>
            </w:pPr>
            <w:r>
              <w:rPr>
                <w:b/>
              </w:rPr>
              <w:t>Matrikelnummer:</w:t>
            </w:r>
          </w:p>
        </w:tc>
        <w:tc>
          <w:tcPr>
            <w:tcW w:w="4195" w:type="dxa"/>
          </w:tcPr>
          <w:p w14:paraId="6CC410AB" w14:textId="77777777" w:rsidR="008F359D" w:rsidRDefault="00460530">
            <w:pPr>
              <w:pStyle w:val="Deckblatt"/>
              <w:spacing w:after="140"/>
              <w:jc w:val="left"/>
            </w:pPr>
            <w:r>
              <w:rPr>
                <w:rStyle w:val="Platzhalter"/>
              </w:rPr>
              <w:t>[Matrikelnummer]</w:t>
            </w:r>
          </w:p>
        </w:tc>
      </w:tr>
      <w:tr w:rsidR="008F359D" w14:paraId="72AC647E" w14:textId="77777777">
        <w:trPr>
          <w:jc w:val="center"/>
        </w:trPr>
        <w:tc>
          <w:tcPr>
            <w:tcW w:w="2608" w:type="dxa"/>
          </w:tcPr>
          <w:p w14:paraId="4580217E" w14:textId="77777777" w:rsidR="008F359D" w:rsidRDefault="00460530">
            <w:pPr>
              <w:pStyle w:val="Deckblatt"/>
              <w:spacing w:after="140"/>
              <w:jc w:val="left"/>
            </w:pPr>
            <w:r>
              <w:rPr>
                <w:b/>
              </w:rPr>
              <w:t>Semester:</w:t>
            </w:r>
          </w:p>
        </w:tc>
        <w:tc>
          <w:tcPr>
            <w:tcW w:w="4195" w:type="dxa"/>
          </w:tcPr>
          <w:p w14:paraId="5F91AD26" w14:textId="77777777" w:rsidR="008F359D" w:rsidRDefault="00460530">
            <w:pPr>
              <w:pStyle w:val="Deckblatt"/>
              <w:spacing w:after="140"/>
              <w:jc w:val="left"/>
            </w:pPr>
            <w:r>
              <w:rPr>
                <w:rStyle w:val="Platzhalter"/>
              </w:rPr>
              <w:t>[Fachsemester]</w:t>
            </w:r>
          </w:p>
        </w:tc>
      </w:tr>
      <w:tr w:rsidR="008F359D" w14:paraId="6B927A6A" w14:textId="77777777">
        <w:trPr>
          <w:jc w:val="center"/>
        </w:trPr>
        <w:tc>
          <w:tcPr>
            <w:tcW w:w="2608" w:type="dxa"/>
          </w:tcPr>
          <w:p w14:paraId="5A981FDF" w14:textId="77777777" w:rsidR="008F359D" w:rsidRDefault="00460530">
            <w:pPr>
              <w:pStyle w:val="Deckblatt"/>
              <w:spacing w:after="140"/>
              <w:jc w:val="left"/>
            </w:pPr>
            <w:r>
              <w:rPr>
                <w:b/>
              </w:rPr>
              <w:t>Lehrstuhl:</w:t>
            </w:r>
          </w:p>
        </w:tc>
        <w:tc>
          <w:tcPr>
            <w:tcW w:w="4195" w:type="dxa"/>
          </w:tcPr>
          <w:p w14:paraId="190B8FA5" w14:textId="77777777" w:rsidR="008F359D" w:rsidRDefault="00460530">
            <w:pPr>
              <w:pStyle w:val="Deckblatt"/>
              <w:spacing w:after="140"/>
              <w:jc w:val="left"/>
            </w:pPr>
            <w:r>
              <w:rPr>
                <w:rStyle w:val="Platzhalter"/>
              </w:rPr>
              <w:t>[Lehrstuhl / Betreuer/in]</w:t>
            </w:r>
          </w:p>
        </w:tc>
      </w:tr>
      <w:tr w:rsidR="008F359D" w14:paraId="40014BFF" w14:textId="77777777">
        <w:trPr>
          <w:jc w:val="center"/>
        </w:trPr>
        <w:tc>
          <w:tcPr>
            <w:tcW w:w="2608" w:type="dxa"/>
          </w:tcPr>
          <w:p w14:paraId="6D6F2DAA" w14:textId="77777777" w:rsidR="008F359D" w:rsidRDefault="00460530">
            <w:pPr>
              <w:pStyle w:val="Deckblatt"/>
              <w:spacing w:after="140"/>
              <w:jc w:val="left"/>
            </w:pPr>
            <w:r>
              <w:rPr>
                <w:b/>
              </w:rPr>
              <w:t>Abgabedatum:</w:t>
            </w:r>
          </w:p>
        </w:tc>
        <w:tc>
          <w:tcPr>
            <w:tcW w:w="4195" w:type="dxa"/>
          </w:tcPr>
          <w:p w14:paraId="5D37C805" w14:textId="77777777" w:rsidR="008F359D" w:rsidRDefault="00460530">
            <w:pPr>
              <w:pStyle w:val="Deckblatt"/>
              <w:spacing w:after="140"/>
              <w:jc w:val="left"/>
            </w:pPr>
            <w:r>
              <w:rPr>
                <w:rStyle w:val="Platzhalter"/>
              </w:rPr>
              <w:t>[TT.MM.JJJJ]</w:t>
            </w:r>
          </w:p>
        </w:tc>
      </w:tr>
    </w:tbl>
    <w:p w14:paraId="0CCD49DC" w14:textId="77777777" w:rsidR="008F359D" w:rsidRDefault="008F359D">
      <w:pPr>
        <w:sectPr w:rsidR="008F359D">
          <w:footerReference w:type="default" r:id="rId9"/>
          <w:pgSz w:w="11906" w:h="16838"/>
          <w:pgMar w:top="1417" w:right="1417" w:bottom="1417" w:left="1417" w:header="709" w:footer="709" w:gutter="0"/>
          <w:pgNumType w:start="1"/>
          <w:cols w:space="720"/>
          <w:docGrid w:linePitch="360"/>
        </w:sectPr>
      </w:pPr>
    </w:p>
    <w:p w14:paraId="3A9736B1" w14:textId="77777777" w:rsidR="008F359D" w:rsidRDefault="00460530">
      <w:pPr>
        <w:pStyle w:val="Verzeichnistitel"/>
      </w:pPr>
      <w:r>
        <w:lastRenderedPageBreak/>
        <w:t>Inhaltsverzeichnis</w:t>
      </w:r>
    </w:p>
    <w:p w14:paraId="4E289A5E" w14:textId="10169BA2" w:rsidR="00B65280" w:rsidRDefault="00460530">
      <w:pPr>
        <w:pStyle w:val="Verzeichnis1"/>
        <w:tabs>
          <w:tab w:val="right" w:leader="dot" w:pos="6793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eastAsia="de-DE"/>
          <w14:ligatures w14:val="standardContextual"/>
        </w:rPr>
      </w:pPr>
      <w:r>
        <w:fldChar w:fldCharType="begin"/>
      </w:r>
      <w:r>
        <w:instrText xml:space="preserve"> TOC \o "1-5" \h \z \u </w:instrText>
      </w:r>
      <w:r>
        <w:fldChar w:fldCharType="separate"/>
      </w:r>
      <w:hyperlink w:anchor="_Toc242559897" w:history="1">
        <w:r w:rsidR="00B65280" w:rsidRPr="00EE4805">
          <w:rPr>
            <w:rStyle w:val="Hyperlink"/>
            <w:noProof/>
          </w:rPr>
          <w:t>Literaturverzeichnis</w:t>
        </w:r>
        <w:r w:rsidR="00B65280">
          <w:rPr>
            <w:noProof/>
            <w:webHidden/>
          </w:rPr>
          <w:tab/>
        </w:r>
        <w:r w:rsidR="00B65280">
          <w:rPr>
            <w:noProof/>
            <w:webHidden/>
          </w:rPr>
          <w:fldChar w:fldCharType="begin"/>
        </w:r>
        <w:r w:rsidR="00B65280">
          <w:rPr>
            <w:noProof/>
            <w:webHidden/>
          </w:rPr>
          <w:instrText xml:space="preserve"> PAGEREF _Toc242559897 \h </w:instrText>
        </w:r>
        <w:r w:rsidR="00B65280">
          <w:rPr>
            <w:noProof/>
            <w:webHidden/>
          </w:rPr>
        </w:r>
        <w:r w:rsidR="00B65280">
          <w:rPr>
            <w:noProof/>
            <w:webHidden/>
          </w:rPr>
          <w:fldChar w:fldCharType="separate"/>
        </w:r>
        <w:r w:rsidR="00B65280">
          <w:rPr>
            <w:noProof/>
            <w:webHidden/>
          </w:rPr>
          <w:t>ii</w:t>
        </w:r>
        <w:r w:rsidR="00B65280">
          <w:rPr>
            <w:noProof/>
            <w:webHidden/>
          </w:rPr>
          <w:fldChar w:fldCharType="end"/>
        </w:r>
      </w:hyperlink>
    </w:p>
    <w:p w14:paraId="06B6F7DF" w14:textId="6CB8E2D7" w:rsidR="00B65280" w:rsidRDefault="00B65280">
      <w:pPr>
        <w:pStyle w:val="Verzeichnis1"/>
        <w:tabs>
          <w:tab w:val="right" w:leader="dot" w:pos="6793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eastAsia="de-DE"/>
          <w14:ligatures w14:val="standardContextual"/>
        </w:rPr>
      </w:pPr>
      <w:hyperlink w:anchor="_Toc242559898" w:history="1">
        <w:r w:rsidRPr="00EE4805">
          <w:rPr>
            <w:rStyle w:val="Hyperlink"/>
            <w:noProof/>
          </w:rPr>
          <w:t>Sachverhalt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_Toc242559898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44FD2D2" w14:textId="275E5A8A" w:rsidR="00B65280" w:rsidRDefault="00B65280">
      <w:pPr>
        <w:pStyle w:val="Verzeichnis1"/>
        <w:tabs>
          <w:tab w:val="right" w:leader="dot" w:pos="6793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eastAsia="de-DE"/>
          <w14:ligatures w14:val="standardContextual"/>
        </w:rPr>
      </w:pPr>
      <w:hyperlink w:anchor="_Toc242559899" w:history="1">
        <w:r w:rsidRPr="00EE4805">
          <w:rPr>
            <w:rStyle w:val="Hyperlink"/>
            <w:noProof/>
          </w:rPr>
          <w:t>Gutachten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_Toc242559899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5578D97" w14:textId="24E5DA2E" w:rsidR="00B65280" w:rsidRDefault="00B65280">
      <w:pPr>
        <w:pStyle w:val="Verzeichnis1"/>
        <w:tabs>
          <w:tab w:val="left" w:pos="480"/>
          <w:tab w:val="right" w:leader="dot" w:pos="6793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eastAsia="de-DE"/>
          <w14:ligatures w14:val="standardContextual"/>
        </w:rPr>
      </w:pPr>
      <w:hyperlink w:anchor="_Toc242559900" w:history="1">
        <w:r w:rsidRPr="00EE4805">
          <w:rPr>
            <w:rStyle w:val="Hyperlink"/>
            <w:noProof/>
          </w:rPr>
          <w:t>A.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Cs w:val="24"/>
            <w:lang w:eastAsia="de-DE"/>
            <w14:ligatures w14:val="standardContextual"/>
          </w:rPr>
          <w:tab/>
        </w:r>
        <w:r w:rsidRPr="00EE4805">
          <w:rPr>
            <w:rStyle w:val="Hyperlink"/>
            <w:noProof/>
          </w:rPr>
          <w:t>Erste Überschrift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_Toc242559900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ADFC8C0" w14:textId="2ABEFE84" w:rsidR="00B65280" w:rsidRDefault="00B65280">
      <w:pPr>
        <w:pStyle w:val="Verzeichnis2"/>
        <w:tabs>
          <w:tab w:val="left" w:pos="720"/>
          <w:tab w:val="right" w:leader="dot" w:pos="6793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eastAsia="de-DE"/>
          <w14:ligatures w14:val="standardContextual"/>
        </w:rPr>
      </w:pPr>
      <w:hyperlink w:anchor="_Toc242559901" w:history="1">
        <w:r w:rsidRPr="00EE4805">
          <w:rPr>
            <w:rStyle w:val="Hyperlink"/>
            <w:noProof/>
          </w:rPr>
          <w:t>I.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Cs w:val="24"/>
            <w:lang w:eastAsia="de-DE"/>
            <w14:ligatures w14:val="standardContextual"/>
          </w:rPr>
          <w:tab/>
        </w:r>
        <w:r w:rsidRPr="00EE4805">
          <w:rPr>
            <w:rStyle w:val="Hyperlink"/>
            <w:noProof/>
          </w:rPr>
          <w:t>Zweite Ebene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_Toc242559901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62540FF" w14:textId="5E95A8E1" w:rsidR="00B65280" w:rsidRDefault="00B65280">
      <w:pPr>
        <w:pStyle w:val="Verzeichnis3"/>
        <w:tabs>
          <w:tab w:val="left" w:pos="960"/>
          <w:tab w:val="right" w:leader="dot" w:pos="6793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eastAsia="de-DE"/>
          <w14:ligatures w14:val="standardContextual"/>
        </w:rPr>
      </w:pPr>
      <w:hyperlink w:anchor="_Toc242559902" w:history="1">
        <w:r w:rsidRPr="00EE4805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Cs w:val="24"/>
            <w:lang w:eastAsia="de-DE"/>
            <w14:ligatures w14:val="standardContextual"/>
          </w:rPr>
          <w:tab/>
        </w:r>
        <w:r w:rsidRPr="00EE4805">
          <w:rPr>
            <w:rStyle w:val="Hyperlink"/>
            <w:noProof/>
          </w:rPr>
          <w:t>Dritte Ebene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_Toc242559902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E3B48E8" w14:textId="7CD7978A" w:rsidR="00B65280" w:rsidRDefault="00B65280">
      <w:pPr>
        <w:pStyle w:val="Verzeichnis4"/>
        <w:tabs>
          <w:tab w:val="left" w:pos="1200"/>
          <w:tab w:val="right" w:leader="dot" w:pos="6793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eastAsia="de-DE"/>
          <w14:ligatures w14:val="standardContextual"/>
        </w:rPr>
      </w:pPr>
      <w:hyperlink w:anchor="_Toc242559903" w:history="1">
        <w:r w:rsidRPr="00EE4805">
          <w:rPr>
            <w:rStyle w:val="Hyperlink"/>
            <w:noProof/>
          </w:rPr>
          <w:t>a)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Cs w:val="24"/>
            <w:lang w:eastAsia="de-DE"/>
            <w14:ligatures w14:val="standardContextual"/>
          </w:rPr>
          <w:tab/>
        </w:r>
        <w:r w:rsidRPr="00EE4805">
          <w:rPr>
            <w:rStyle w:val="Hyperlink"/>
            <w:noProof/>
          </w:rPr>
          <w:t>Vierte Ebene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_Toc242559903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368D70E" w14:textId="4C6C56B3" w:rsidR="00B65280" w:rsidRDefault="00B65280">
      <w:pPr>
        <w:pStyle w:val="Verzeichnis5"/>
        <w:tabs>
          <w:tab w:val="left" w:pos="1680"/>
          <w:tab w:val="right" w:leader="dot" w:pos="6793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eastAsia="de-DE"/>
          <w14:ligatures w14:val="standardContextual"/>
        </w:rPr>
      </w:pPr>
      <w:hyperlink w:anchor="_Toc242559904" w:history="1">
        <w:r w:rsidRPr="00EE4805">
          <w:rPr>
            <w:rStyle w:val="Hyperlink"/>
            <w:noProof/>
          </w:rPr>
          <w:t>aa)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Cs w:val="24"/>
            <w:lang w:eastAsia="de-DE"/>
            <w14:ligatures w14:val="standardContextual"/>
          </w:rPr>
          <w:tab/>
        </w:r>
        <w:r w:rsidRPr="00EE4805">
          <w:rPr>
            <w:rStyle w:val="Hyperlink"/>
            <w:noProof/>
          </w:rPr>
          <w:t>Fünfte Ebene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_Toc242559904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80F07B4" w14:textId="02C9D708" w:rsidR="00B65280" w:rsidRDefault="00B65280">
      <w:pPr>
        <w:pStyle w:val="Verzeichnis5"/>
        <w:tabs>
          <w:tab w:val="left" w:pos="1680"/>
          <w:tab w:val="right" w:leader="dot" w:pos="6793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eastAsia="de-DE"/>
          <w14:ligatures w14:val="standardContextual"/>
        </w:rPr>
      </w:pPr>
      <w:hyperlink w:anchor="_Toc242559905" w:history="1">
        <w:r w:rsidRPr="00EE4805">
          <w:rPr>
            <w:rStyle w:val="Hyperlink"/>
            <w:noProof/>
          </w:rPr>
          <w:t>bb)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Cs w:val="24"/>
            <w:lang w:eastAsia="de-DE"/>
            <w14:ligatures w14:val="standardContextual"/>
          </w:rPr>
          <w:tab/>
        </w:r>
        <w:r w:rsidRPr="00EE4805">
          <w:rPr>
            <w:rStyle w:val="Hyperlink"/>
            <w:noProof/>
          </w:rPr>
          <w:t>Weiterer Punkt der fünften Ebene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_Toc242559905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3A77980" w14:textId="1C0263F8" w:rsidR="00B65280" w:rsidRDefault="00B65280">
      <w:pPr>
        <w:pStyle w:val="Verzeichnis4"/>
        <w:tabs>
          <w:tab w:val="left" w:pos="1200"/>
          <w:tab w:val="right" w:leader="dot" w:pos="6793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eastAsia="de-DE"/>
          <w14:ligatures w14:val="standardContextual"/>
        </w:rPr>
      </w:pPr>
      <w:hyperlink w:anchor="_Toc242559906" w:history="1">
        <w:r w:rsidRPr="00EE4805">
          <w:rPr>
            <w:rStyle w:val="Hyperlink"/>
            <w:noProof/>
          </w:rPr>
          <w:t>b)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Cs w:val="24"/>
            <w:lang w:eastAsia="de-DE"/>
            <w14:ligatures w14:val="standardContextual"/>
          </w:rPr>
          <w:tab/>
        </w:r>
        <w:r w:rsidRPr="00EE4805">
          <w:rPr>
            <w:rStyle w:val="Hyperlink"/>
            <w:noProof/>
          </w:rPr>
          <w:t>Weiterer Punkt der vierten Ebene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_Toc242559906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AED201A" w14:textId="02D381E5" w:rsidR="00B65280" w:rsidRDefault="00B65280">
      <w:pPr>
        <w:pStyle w:val="Verzeichnis2"/>
        <w:tabs>
          <w:tab w:val="left" w:pos="720"/>
          <w:tab w:val="right" w:leader="dot" w:pos="6793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eastAsia="de-DE"/>
          <w14:ligatures w14:val="standardContextual"/>
        </w:rPr>
      </w:pPr>
      <w:hyperlink w:anchor="_Toc242559907" w:history="1">
        <w:r w:rsidRPr="00EE4805">
          <w:rPr>
            <w:rStyle w:val="Hyperlink"/>
            <w:noProof/>
          </w:rPr>
          <w:t>II.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Cs w:val="24"/>
            <w:lang w:eastAsia="de-DE"/>
            <w14:ligatures w14:val="standardContextual"/>
          </w:rPr>
          <w:tab/>
        </w:r>
        <w:r w:rsidRPr="00EE4805">
          <w:rPr>
            <w:rStyle w:val="Hyperlink"/>
            <w:noProof/>
          </w:rPr>
          <w:t>Weiterer Punkt der zweiten Ebene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_Toc242559907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5F58858" w14:textId="115CE31A" w:rsidR="00B65280" w:rsidRDefault="00B65280">
      <w:pPr>
        <w:pStyle w:val="Verzeichnis1"/>
        <w:tabs>
          <w:tab w:val="left" w:pos="480"/>
          <w:tab w:val="right" w:leader="dot" w:pos="6793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eastAsia="de-DE"/>
          <w14:ligatures w14:val="standardContextual"/>
        </w:rPr>
      </w:pPr>
      <w:hyperlink w:anchor="_Toc242559908" w:history="1">
        <w:r w:rsidRPr="00EE4805">
          <w:rPr>
            <w:rStyle w:val="Hyperlink"/>
            <w:noProof/>
          </w:rPr>
          <w:t>B.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Cs w:val="24"/>
            <w:lang w:eastAsia="de-DE"/>
            <w14:ligatures w14:val="standardContextual"/>
          </w:rPr>
          <w:tab/>
        </w:r>
        <w:r w:rsidRPr="00EE4805">
          <w:rPr>
            <w:rStyle w:val="Hyperlink"/>
            <w:noProof/>
          </w:rPr>
          <w:t>Zweite Überschrift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_Toc242559908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77C7E65" w14:textId="7BE7286D" w:rsidR="00B65280" w:rsidRDefault="00B65280">
      <w:pPr>
        <w:pStyle w:val="Verzeichnis1"/>
        <w:tabs>
          <w:tab w:val="right" w:leader="dot" w:pos="6793"/>
        </w:tabs>
        <w:rPr>
          <w:rFonts w:asciiTheme="minorHAnsi" w:eastAsiaTheme="minorEastAsia" w:hAnsiTheme="minorHAnsi" w:cstheme="minorBidi"/>
          <w:noProof/>
          <w:color w:val="auto"/>
          <w:kern w:val="2"/>
          <w:szCs w:val="24"/>
          <w:lang w:eastAsia="de-DE"/>
          <w14:ligatures w14:val="standardContextual"/>
        </w:rPr>
      </w:pPr>
      <w:hyperlink w:anchor="_Toc242559909" w:history="1">
        <w:r w:rsidRPr="00EE4805">
          <w:rPr>
            <w:rStyle w:val="Hyperlink"/>
            <w:noProof/>
          </w:rPr>
          <w:t>Eigenständigkeitserklärung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_Toc242559909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619FFDD" w14:textId="2E09CE38" w:rsidR="008F359D" w:rsidRDefault="00460530">
      <w:pPr>
        <w:spacing w:line="240" w:lineRule="auto"/>
      </w:pPr>
      <w:r>
        <w:fldChar w:fldCharType="end"/>
      </w:r>
    </w:p>
    <w:p w14:paraId="3E7999C7" w14:textId="77777777" w:rsidR="008F359D" w:rsidRDefault="00460530">
      <w:pPr>
        <w:pStyle w:val="berschriftohneNummer"/>
        <w:pageBreakBefore/>
      </w:pPr>
      <w:bookmarkStart w:id="0" w:name="_Toc242559897"/>
      <w:r>
        <w:lastRenderedPageBreak/>
        <w:t>Literaturverzeichnis</w:t>
      </w:r>
      <w:bookmarkEnd w:id="0"/>
    </w:p>
    <w:p w14:paraId="5A0D2EA0" w14:textId="77777777" w:rsidR="008F359D" w:rsidRDefault="00460530">
      <w:pPr>
        <w:pStyle w:val="Hinweis-Klein"/>
        <w:spacing w:after="200"/>
      </w:pPr>
      <w:r>
        <w:rPr>
          <w:rStyle w:val="Platzhalter"/>
        </w:rPr>
        <w:t>[Die vier Einträge sind erfundene Formatbeispiele und müssen ersetzt werden. Alphabetisch nach Verfassernamen sortieren, Aufbau und Gliederung (ein Verzeichnis oder getrennt nach Quellenarten) nach Vorgabe des Lehrstuhls.]</w:t>
      </w:r>
    </w:p>
    <w:p w14:paraId="46C286F8" w14:textId="77777777" w:rsidR="008F359D" w:rsidRDefault="00460530">
      <w:pPr>
        <w:pStyle w:val="Literaturverzeichnis-Eintrag"/>
      </w:pPr>
      <w:r>
        <w:t>Beispiel, Anna, Schuldrecht Besonderer Teil, 5. Aufl., München 2021 (zit.: Beispiel, Schuldrecht BT).</w:t>
      </w:r>
    </w:p>
    <w:p w14:paraId="2FC09F94" w14:textId="77777777" w:rsidR="008F359D" w:rsidRDefault="00460530">
      <w:pPr>
        <w:pStyle w:val="Literaturverzeichnis-Eintrag"/>
      </w:pPr>
      <w:r>
        <w:t>Muster, Max, Titel des Aufsatzes, NJW 2020, S. 1234–1240.</w:t>
      </w:r>
    </w:p>
    <w:p w14:paraId="0BB6AF2F" w14:textId="77777777" w:rsidR="008F359D" w:rsidRDefault="00460530">
      <w:pPr>
        <w:pStyle w:val="Literaturverzeichnis-Eintrag"/>
      </w:pPr>
      <w:r>
        <w:t>Münchener Kommentar zum Bürgerlichen Gesetzbuch, Band [X], hrsg. v. [Herausgeber], 9. Aufl., München 2022 (zit.: MüKoBGB/Bearbeiter).</w:t>
      </w:r>
    </w:p>
    <w:p w14:paraId="7A6B5D4F" w14:textId="77777777" w:rsidR="008F359D" w:rsidRDefault="00460530">
      <w:pPr>
        <w:pStyle w:val="Literaturverzeichnis-Eintrag"/>
      </w:pPr>
      <w:r>
        <w:t>Mustermann, Erika, Titel der Monographie, Berlin 2019 (zit.: Mustermann, Titel).</w:t>
      </w:r>
    </w:p>
    <w:p w14:paraId="03E7AB98" w14:textId="77777777" w:rsidR="008F359D" w:rsidRDefault="008F359D">
      <w:pPr>
        <w:sectPr w:rsidR="008F359D">
          <w:footerReference w:type="default" r:id="rId10"/>
          <w:pgSz w:w="11906" w:h="16838"/>
          <w:pgMar w:top="1417" w:right="1134" w:bottom="1417" w:left="3969" w:header="709" w:footer="709" w:gutter="0"/>
          <w:pgNumType w:fmt="lowerRoman" w:start="1"/>
          <w:cols w:space="720"/>
          <w:docGrid w:linePitch="360"/>
        </w:sectPr>
      </w:pPr>
    </w:p>
    <w:p w14:paraId="69AE9E7D" w14:textId="77777777" w:rsidR="008F359D" w:rsidRDefault="00460530">
      <w:pPr>
        <w:pStyle w:val="berschriftohneNummer"/>
      </w:pPr>
      <w:bookmarkStart w:id="1" w:name="_Toc242559898"/>
      <w:r>
        <w:lastRenderedPageBreak/>
        <w:t>Sachverhalt</w:t>
      </w:r>
      <w:bookmarkEnd w:id="1"/>
    </w:p>
    <w:p w14:paraId="6B030B0F" w14:textId="77777777" w:rsidR="008F359D" w:rsidRDefault="00460530">
      <w:r>
        <w:rPr>
          <w:rStyle w:val="Platzhalter"/>
        </w:rPr>
        <w:t>[Hier den Sachverhalt der Aufgabe einfügen (ggf. mit Bearbeitervermerk). Ob er im Seitenumfang mitzählt, richtet sich nach Vorgabe des Lehrstuhls.]</w:t>
      </w:r>
    </w:p>
    <w:p w14:paraId="6ECC1CA2" w14:textId="77777777" w:rsidR="008F359D" w:rsidRDefault="00460530">
      <w:pPr>
        <w:pStyle w:val="berschriftohneNummer"/>
        <w:pageBreakBefore/>
      </w:pPr>
      <w:bookmarkStart w:id="2" w:name="_Toc242559899"/>
      <w:r>
        <w:lastRenderedPageBreak/>
        <w:t>Gutachten</w:t>
      </w:r>
      <w:bookmarkEnd w:id="2"/>
    </w:p>
    <w:p w14:paraId="27735921" w14:textId="77777777" w:rsidR="008F359D" w:rsidRDefault="00460530">
      <w:pPr>
        <w:pStyle w:val="berschrift1"/>
      </w:pPr>
      <w:bookmarkStart w:id="3" w:name="_Toc242559900"/>
      <w:r>
        <w:t>Erste Überschrift</w:t>
      </w:r>
      <w:bookmarkEnd w:id="3"/>
    </w:p>
    <w:p w14:paraId="0F2F1E95" w14:textId="77777777" w:rsidR="008F359D" w:rsidRDefault="00460530">
      <w:r>
        <w:rPr>
          <w:rStyle w:val="Platzhalter"/>
        </w:rPr>
        <w:t>[Fließtext im Gutachtenstil. Er nutzt die Formatvorlage „Standard“: Times New Roman 12 pt, Zeilenabstand 1,5, Blocksatz.]</w:t>
      </w:r>
    </w:p>
    <w:p w14:paraId="1DB4FA92" w14:textId="77777777" w:rsidR="008F359D" w:rsidRDefault="00460530">
      <w:pPr>
        <w:pStyle w:val="berschrift2"/>
      </w:pPr>
      <w:bookmarkStart w:id="4" w:name="_Toc242559901"/>
      <w:r>
        <w:t>Zweite Ebene</w:t>
      </w:r>
      <w:bookmarkEnd w:id="4"/>
    </w:p>
    <w:p w14:paraId="42FD6E9B" w14:textId="68454BE0" w:rsidR="008F359D" w:rsidRDefault="00460530">
      <w:r>
        <w:rPr>
          <w:rStyle w:val="Platzhalter"/>
        </w:rPr>
        <w:t>[Beispiel für eine Fußnote am Satzende.]</w:t>
      </w:r>
      <w:r w:rsidR="00B65280">
        <w:rPr>
          <w:rStyle w:val="Funotenzeichen"/>
          <w:color w:val="8A6D00"/>
          <w:shd w:val="clear" w:color="auto" w:fill="FBF7E6"/>
        </w:rPr>
        <w:footnoteReference w:id="1"/>
      </w:r>
    </w:p>
    <w:p w14:paraId="0F8919A9" w14:textId="77777777" w:rsidR="008F359D" w:rsidRDefault="00460530">
      <w:pPr>
        <w:pStyle w:val="berschrift3"/>
      </w:pPr>
      <w:bookmarkStart w:id="5" w:name="_Toc242559902"/>
      <w:r>
        <w:t>Dritte Ebene</w:t>
      </w:r>
      <w:bookmarkEnd w:id="5"/>
    </w:p>
    <w:p w14:paraId="19AA2AB5" w14:textId="77777777" w:rsidR="008F359D" w:rsidRDefault="00460530">
      <w:pPr>
        <w:pStyle w:val="berschrift4"/>
      </w:pPr>
      <w:bookmarkStart w:id="6" w:name="_Toc242559903"/>
      <w:r>
        <w:t>Vierte Ebene</w:t>
      </w:r>
      <w:bookmarkEnd w:id="6"/>
    </w:p>
    <w:p w14:paraId="30353214" w14:textId="77777777" w:rsidR="008F359D" w:rsidRDefault="00460530">
      <w:pPr>
        <w:pStyle w:val="berschrift5"/>
      </w:pPr>
      <w:bookmarkStart w:id="7" w:name="_Toc242559904"/>
      <w:r>
        <w:t>Fünfte Ebene</w:t>
      </w:r>
      <w:bookmarkEnd w:id="7"/>
    </w:p>
    <w:p w14:paraId="03CEF852" w14:textId="77777777" w:rsidR="008F359D" w:rsidRDefault="00460530">
      <w:r>
        <w:rPr>
          <w:rStyle w:val="Platzhalter"/>
        </w:rPr>
        <w:t>[Weitere Gliederungspunkte einfach in „Überschrift 1“ bis „Überschrift 5“ setzen. Nummer und Einrückung ergeben sich von selbst.]</w:t>
      </w:r>
    </w:p>
    <w:p w14:paraId="3619071B" w14:textId="77777777" w:rsidR="008F359D" w:rsidRDefault="00460530">
      <w:pPr>
        <w:pStyle w:val="berschrift5"/>
      </w:pPr>
      <w:bookmarkStart w:id="8" w:name="_Toc242559905"/>
      <w:r>
        <w:t>Weiterer Punkt der fünften Ebene</w:t>
      </w:r>
      <w:bookmarkEnd w:id="8"/>
    </w:p>
    <w:p w14:paraId="79325BD0" w14:textId="77777777" w:rsidR="008F359D" w:rsidRDefault="00460530">
      <w:pPr>
        <w:pStyle w:val="berschrift4"/>
      </w:pPr>
      <w:bookmarkStart w:id="9" w:name="_Toc242559906"/>
      <w:r>
        <w:t>Weiterer Punkt der vierten Ebene</w:t>
      </w:r>
      <w:bookmarkEnd w:id="9"/>
    </w:p>
    <w:p w14:paraId="1BF945EF" w14:textId="77777777" w:rsidR="008F359D" w:rsidRDefault="00460530">
      <w:pPr>
        <w:pStyle w:val="berschrift2"/>
      </w:pPr>
      <w:bookmarkStart w:id="10" w:name="_Toc242559907"/>
      <w:r>
        <w:t>Weiterer Punkt der zweiten Ebene</w:t>
      </w:r>
      <w:bookmarkEnd w:id="10"/>
    </w:p>
    <w:p w14:paraId="44FC8F9B" w14:textId="2C69910D" w:rsidR="008F359D" w:rsidRDefault="00460530">
      <w:r>
        <w:rPr>
          <w:rStyle w:val="Platzhalter"/>
        </w:rPr>
        <w:t>[Beispiel für eine Fußnote mit Rechtsprechung.]</w:t>
      </w:r>
      <w:r w:rsidR="00B65280">
        <w:rPr>
          <w:rStyle w:val="Funotenzeichen"/>
          <w:color w:val="8A6D00"/>
          <w:shd w:val="clear" w:color="auto" w:fill="FBF7E6"/>
        </w:rPr>
        <w:footnoteReference w:id="2"/>
      </w:r>
    </w:p>
    <w:p w14:paraId="281E067A" w14:textId="77777777" w:rsidR="008F359D" w:rsidRDefault="00460530">
      <w:pPr>
        <w:pStyle w:val="berschrift1"/>
      </w:pPr>
      <w:bookmarkStart w:id="11" w:name="_Toc242559908"/>
      <w:r>
        <w:t>Zweite Überschrift</w:t>
      </w:r>
      <w:bookmarkEnd w:id="11"/>
    </w:p>
    <w:p w14:paraId="22EB2FA4" w14:textId="77777777" w:rsidR="008F359D" w:rsidRDefault="00460530">
      <w:r>
        <w:rPr>
          <w:rStyle w:val="Platzhalter"/>
        </w:rPr>
        <w:t>[Weiterer Fließtext.]</w:t>
      </w:r>
    </w:p>
    <w:p w14:paraId="338F7EB2" w14:textId="77777777" w:rsidR="008F359D" w:rsidRDefault="008F359D">
      <w:pPr>
        <w:sectPr w:rsidR="008F359D">
          <w:footerReference w:type="default" r:id="rId11"/>
          <w:pgSz w:w="11906" w:h="16838"/>
          <w:pgMar w:top="1417" w:right="1134" w:bottom="1417" w:left="3969" w:header="709" w:footer="709" w:gutter="0"/>
          <w:pgNumType w:start="1"/>
          <w:cols w:space="720"/>
          <w:docGrid w:linePitch="360"/>
        </w:sectPr>
      </w:pPr>
    </w:p>
    <w:p w14:paraId="22FC3D85" w14:textId="77777777" w:rsidR="008F359D" w:rsidRDefault="00460530">
      <w:pPr>
        <w:pStyle w:val="berschriftohneNummer"/>
      </w:pPr>
      <w:bookmarkStart w:id="12" w:name="_Toc242559909"/>
      <w:r>
        <w:lastRenderedPageBreak/>
        <w:t>Eigenständigkeitserklärung</w:t>
      </w:r>
      <w:bookmarkEnd w:id="12"/>
    </w:p>
    <w:p w14:paraId="41D0DC67" w14:textId="77777777" w:rsidR="008F359D" w:rsidRDefault="00460530">
      <w:r>
        <w:rPr>
          <w:rStyle w:val="Platzhalter"/>
        </w:rPr>
        <w:t>[Platzhalter. Füge hier den Wortlaut deiner Prüfungsordnung bzw. deines Lehrstuhls ein. Der Text der Erklärung, auch zu Hilfsmitteln, ist je Prüfungsamt und Lehrstuhl vorgegeben und wird hier bewusst nicht vorgeschlagen.]</w:t>
      </w:r>
    </w:p>
    <w:p w14:paraId="04A42108" w14:textId="77777777" w:rsidR="008F359D" w:rsidRDefault="00460530">
      <w:pPr>
        <w:tabs>
          <w:tab w:val="left" w:pos="4819"/>
        </w:tabs>
        <w:spacing w:before="960"/>
        <w:jc w:val="left"/>
      </w:pPr>
      <w:r>
        <w:rPr>
          <w:rStyle w:val="Platzhalter"/>
        </w:rPr>
        <w:t>[Ort, Datum]</w:t>
      </w:r>
      <w:r>
        <w:tab/>
      </w:r>
      <w:r>
        <w:rPr>
          <w:rStyle w:val="Platzhalter"/>
        </w:rPr>
        <w:t>[Unterschrift]</w:t>
      </w:r>
    </w:p>
    <w:p w14:paraId="2793D991" w14:textId="77777777" w:rsidR="008F359D" w:rsidRDefault="008F359D"/>
    <w:sectPr w:rsidR="008F359D" w:rsidSect="00034616">
      <w:footerReference w:type="default" r:id="rId12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9BB6C" w14:textId="77777777" w:rsidR="00460530" w:rsidRDefault="00460530">
      <w:pPr>
        <w:spacing w:after="0" w:line="240" w:lineRule="auto"/>
      </w:pPr>
      <w:r>
        <w:separator/>
      </w:r>
    </w:p>
  </w:endnote>
  <w:endnote w:type="continuationSeparator" w:id="0">
    <w:p w14:paraId="7537EF0F" w14:textId="77777777" w:rsidR="00460530" w:rsidRDefault="00460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D51C8" w14:textId="77777777" w:rsidR="008F359D" w:rsidRDefault="008F359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62453" w14:textId="77777777" w:rsidR="008F359D" w:rsidRDefault="00460530">
    <w:pPr>
      <w:pStyle w:val="Fuzeile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070F3" w14:textId="77777777" w:rsidR="008F359D" w:rsidRDefault="00460530">
    <w:pPr>
      <w:pStyle w:val="Fuzeile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E7A51" w14:textId="77777777" w:rsidR="008F359D" w:rsidRDefault="008F35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9CD61" w14:textId="77777777" w:rsidR="00460530" w:rsidRDefault="00460530">
      <w:pPr>
        <w:spacing w:after="0" w:line="240" w:lineRule="auto"/>
      </w:pPr>
      <w:r>
        <w:separator/>
      </w:r>
    </w:p>
  </w:footnote>
  <w:footnote w:type="continuationSeparator" w:id="0">
    <w:p w14:paraId="046D84F6" w14:textId="77777777" w:rsidR="00460530" w:rsidRDefault="00460530">
      <w:pPr>
        <w:spacing w:after="0" w:line="240" w:lineRule="auto"/>
      </w:pPr>
      <w:r>
        <w:continuationSeparator/>
      </w:r>
    </w:p>
  </w:footnote>
  <w:footnote w:id="1">
    <w:p w14:paraId="457CB18F" w14:textId="39233A8C" w:rsidR="00B65280" w:rsidRDefault="00B65280">
      <w:pPr>
        <w:pStyle w:val="Funotentext"/>
      </w:pPr>
      <w:r>
        <w:rPr>
          <w:rStyle w:val="Funotenzeichen"/>
        </w:rPr>
        <w:footnoteRef/>
      </w:r>
      <w:r>
        <w:t xml:space="preserve"> Beispiel, Schuldrecht BT, § 3 Rn. 14 (erfundenes Formatbeispiel).</w:t>
      </w:r>
    </w:p>
  </w:footnote>
  <w:footnote w:id="2">
    <w:p w14:paraId="68EE5F7C" w14:textId="27C114DA" w:rsidR="00B65280" w:rsidRDefault="00B65280">
      <w:pPr>
        <w:pStyle w:val="Funotentext"/>
      </w:pPr>
      <w:r>
        <w:rPr>
          <w:rStyle w:val="Funotenzeichen"/>
        </w:rPr>
        <w:footnoteRef/>
      </w:r>
      <w:r>
        <w:t xml:space="preserve"> BGH, Urt. v. 01.01.2020 – VIII ZR 0/00 (Muster), NJW 2020, 0000 Rn. 15 (erfundenes Formatbeispiel).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DE76303"/>
    <w:multiLevelType w:val="multilevel"/>
    <w:tmpl w:val="6F2EB470"/>
    <w:lvl w:ilvl="0">
      <w:start w:val="1"/>
      <w:numFmt w:val="upperLetter"/>
      <w:pStyle w:val="berschrift1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upperRoman"/>
      <w:pStyle w:val="berschrift2"/>
      <w:lvlText w:val="%2."/>
      <w:lvlJc w:val="left"/>
      <w:pPr>
        <w:tabs>
          <w:tab w:val="num" w:pos="1418"/>
        </w:tabs>
        <w:ind w:left="1418" w:hanging="709"/>
      </w:pPr>
    </w:lvl>
    <w:lvl w:ilvl="2">
      <w:start w:val="1"/>
      <w:numFmt w:val="decimal"/>
      <w:pStyle w:val="berschrift3"/>
      <w:lvlText w:val="%3."/>
      <w:lvlJc w:val="left"/>
      <w:pPr>
        <w:tabs>
          <w:tab w:val="num" w:pos="2127"/>
        </w:tabs>
        <w:ind w:left="2127" w:hanging="709"/>
      </w:pPr>
    </w:lvl>
    <w:lvl w:ilvl="3">
      <w:start w:val="1"/>
      <w:numFmt w:val="lowerLetter"/>
      <w:pStyle w:val="berschrift4"/>
      <w:lvlText w:val="%4)"/>
      <w:lvlJc w:val="left"/>
      <w:pPr>
        <w:tabs>
          <w:tab w:val="num" w:pos="2836"/>
        </w:tabs>
        <w:ind w:left="2836" w:hanging="709"/>
      </w:pPr>
    </w:lvl>
    <w:lvl w:ilvl="4">
      <w:start w:val="1"/>
      <w:numFmt w:val="lowerLetter"/>
      <w:pStyle w:val="berschrift5"/>
      <w:lvlText w:val="%5%5)"/>
      <w:lvlJc w:val="left"/>
      <w:pPr>
        <w:tabs>
          <w:tab w:val="num" w:pos="3545"/>
        </w:tabs>
        <w:ind w:left="3545" w:hanging="709"/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4056847">
    <w:abstractNumId w:val="8"/>
  </w:num>
  <w:num w:numId="2" w16cid:durableId="444080306">
    <w:abstractNumId w:val="6"/>
  </w:num>
  <w:num w:numId="3" w16cid:durableId="1788889573">
    <w:abstractNumId w:val="5"/>
  </w:num>
  <w:num w:numId="4" w16cid:durableId="1829592177">
    <w:abstractNumId w:val="4"/>
  </w:num>
  <w:num w:numId="5" w16cid:durableId="1721712703">
    <w:abstractNumId w:val="7"/>
  </w:num>
  <w:num w:numId="6" w16cid:durableId="1435249502">
    <w:abstractNumId w:val="3"/>
  </w:num>
  <w:num w:numId="7" w16cid:durableId="585726139">
    <w:abstractNumId w:val="2"/>
  </w:num>
  <w:num w:numId="8" w16cid:durableId="343288529">
    <w:abstractNumId w:val="1"/>
  </w:num>
  <w:num w:numId="9" w16cid:durableId="1551838753">
    <w:abstractNumId w:val="0"/>
  </w:num>
  <w:num w:numId="10" w16cid:durableId="2975647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0B0D"/>
    <w:rsid w:val="00460530"/>
    <w:rsid w:val="008F359D"/>
    <w:rsid w:val="00AA1D8D"/>
    <w:rsid w:val="00B47730"/>
    <w:rsid w:val="00B6528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70E576"/>
  <w14:defaultImageDpi w14:val="300"/>
  <w15:docId w15:val="{6582EEBE-5EB9-41F4-ABFE-7550EBB3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20" w:line="360" w:lineRule="auto"/>
      <w:jc w:val="both"/>
    </w:pPr>
    <w:rPr>
      <w:rFonts w:ascii="Times New Roman" w:eastAsia="Times New Roman" w:hAnsi="Times New Roman" w:cs="Times New Roman"/>
      <w:color w:val="000000"/>
      <w:sz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numPr>
        <w:numId w:val="10"/>
      </w:numPr>
      <w:spacing w:before="240" w:line="276" w:lineRule="auto"/>
      <w:jc w:val="left"/>
      <w:outlineLvl w:val="0"/>
    </w:pPr>
    <w:rPr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numPr>
        <w:ilvl w:val="1"/>
        <w:numId w:val="10"/>
      </w:numPr>
      <w:spacing w:before="160" w:line="276" w:lineRule="auto"/>
      <w:jc w:val="left"/>
      <w:outlineLvl w:val="1"/>
    </w:pPr>
    <w:rPr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numPr>
        <w:ilvl w:val="2"/>
        <w:numId w:val="10"/>
      </w:numPr>
      <w:spacing w:before="160" w:line="276" w:lineRule="auto"/>
      <w:jc w:val="left"/>
      <w:outlineLvl w:val="2"/>
    </w:pPr>
    <w:rPr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numPr>
        <w:ilvl w:val="3"/>
        <w:numId w:val="10"/>
      </w:numPr>
      <w:spacing w:before="160" w:line="276" w:lineRule="auto"/>
      <w:jc w:val="left"/>
      <w:outlineLvl w:val="3"/>
    </w:pPr>
    <w:rPr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numPr>
        <w:ilvl w:val="4"/>
        <w:numId w:val="10"/>
      </w:numPr>
      <w:spacing w:before="160" w:line="276" w:lineRule="auto"/>
      <w:jc w:val="left"/>
      <w:outlineLvl w:val="4"/>
    </w:p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erschriftohneNummer">
    <w:name w:val="Überschrift ohne Nummer"/>
    <w:basedOn w:val="Standard"/>
    <w:qFormat/>
    <w:pPr>
      <w:keepNext/>
      <w:spacing w:after="360" w:line="276" w:lineRule="auto"/>
      <w:jc w:val="left"/>
      <w:outlineLvl w:val="0"/>
    </w:pPr>
    <w:rPr>
      <w:b/>
      <w:sz w:val="28"/>
    </w:rPr>
  </w:style>
  <w:style w:type="paragraph" w:customStyle="1" w:styleId="Verzeichnistitel">
    <w:name w:val="Verzeichnistitel"/>
    <w:basedOn w:val="Standard"/>
    <w:qFormat/>
    <w:pPr>
      <w:keepNext/>
      <w:spacing w:after="360" w:line="276" w:lineRule="auto"/>
      <w:jc w:val="left"/>
    </w:pPr>
    <w:rPr>
      <w:b/>
      <w:sz w:val="28"/>
    </w:rPr>
  </w:style>
  <w:style w:type="paragraph" w:customStyle="1" w:styleId="Literaturverzeichnis-Eintrag">
    <w:name w:val="Literaturverzeichnis-Eintrag"/>
    <w:basedOn w:val="Standard"/>
    <w:qFormat/>
    <w:pPr>
      <w:spacing w:after="160" w:line="276" w:lineRule="auto"/>
      <w:ind w:left="510" w:hanging="510"/>
      <w:jc w:val="left"/>
    </w:pPr>
  </w:style>
  <w:style w:type="paragraph" w:customStyle="1" w:styleId="Funotentext1">
    <w:name w:val="Fußnotentext1"/>
    <w:basedOn w:val="Standard"/>
    <w:pPr>
      <w:spacing w:after="40" w:line="240" w:lineRule="auto"/>
      <w:ind w:left="227" w:hanging="227"/>
      <w:jc w:val="left"/>
    </w:pPr>
    <w:rPr>
      <w:sz w:val="20"/>
    </w:rPr>
  </w:style>
  <w:style w:type="character" w:customStyle="1" w:styleId="Funotenzeichen1">
    <w:name w:val="Fußnotenzeichen1"/>
    <w:rPr>
      <w:vertAlign w:val="superscript"/>
    </w:rPr>
  </w:style>
  <w:style w:type="paragraph" w:customStyle="1" w:styleId="Verzeichnis11">
    <w:name w:val="Verzeichnis 11"/>
    <w:basedOn w:val="Standard"/>
    <w:pPr>
      <w:tabs>
        <w:tab w:val="left" w:pos="510"/>
      </w:tabs>
      <w:spacing w:before="120" w:after="40" w:line="240" w:lineRule="auto"/>
      <w:jc w:val="left"/>
    </w:pPr>
    <w:rPr>
      <w:b/>
    </w:rPr>
  </w:style>
  <w:style w:type="paragraph" w:customStyle="1" w:styleId="Verzeichnis21">
    <w:name w:val="Verzeichnis 21"/>
    <w:basedOn w:val="Standard"/>
    <w:pPr>
      <w:tabs>
        <w:tab w:val="left" w:pos="1020"/>
      </w:tabs>
      <w:spacing w:after="40" w:line="240" w:lineRule="auto"/>
      <w:ind w:left="510"/>
      <w:jc w:val="left"/>
    </w:pPr>
  </w:style>
  <w:style w:type="paragraph" w:customStyle="1" w:styleId="Verzeichnis31">
    <w:name w:val="Verzeichnis 31"/>
    <w:basedOn w:val="Standard"/>
    <w:pPr>
      <w:tabs>
        <w:tab w:val="left" w:pos="1531"/>
      </w:tabs>
      <w:spacing w:after="40" w:line="240" w:lineRule="auto"/>
      <w:ind w:left="1020"/>
      <w:jc w:val="left"/>
    </w:pPr>
  </w:style>
  <w:style w:type="paragraph" w:customStyle="1" w:styleId="Verzeichnis41">
    <w:name w:val="Verzeichnis 41"/>
    <w:basedOn w:val="Standard"/>
    <w:pPr>
      <w:tabs>
        <w:tab w:val="left" w:pos="2041"/>
      </w:tabs>
      <w:spacing w:after="40" w:line="240" w:lineRule="auto"/>
      <w:ind w:left="1531"/>
      <w:jc w:val="left"/>
    </w:pPr>
  </w:style>
  <w:style w:type="paragraph" w:customStyle="1" w:styleId="Verzeichnis51">
    <w:name w:val="Verzeichnis 51"/>
    <w:basedOn w:val="Standard"/>
    <w:pPr>
      <w:tabs>
        <w:tab w:val="left" w:pos="2551"/>
      </w:tabs>
      <w:spacing w:after="40" w:line="240" w:lineRule="auto"/>
      <w:ind w:left="2041"/>
      <w:jc w:val="left"/>
    </w:pPr>
  </w:style>
  <w:style w:type="character" w:customStyle="1" w:styleId="Platzhalter">
    <w:name w:val="Platzhalter"/>
    <w:rPr>
      <w:color w:val="8A6D00"/>
      <w:shd w:val="clear" w:color="auto" w:fill="FBF7E6"/>
    </w:rPr>
  </w:style>
  <w:style w:type="paragraph" w:customStyle="1" w:styleId="Hinweis-Titel">
    <w:name w:val="Hinweis-Titel"/>
    <w:basedOn w:val="Standard"/>
    <w:qFormat/>
    <w:pPr>
      <w:keepNext/>
      <w:spacing w:line="240" w:lineRule="auto"/>
      <w:jc w:val="left"/>
    </w:pPr>
    <w:rPr>
      <w:rFonts w:ascii="Calibri" w:eastAsia="Calibri" w:hAnsi="Calibri" w:cs="Calibri"/>
      <w:b/>
      <w:color w:val="0B1017"/>
      <w:sz w:val="30"/>
    </w:rPr>
  </w:style>
  <w:style w:type="paragraph" w:customStyle="1" w:styleId="Hinweis-Text">
    <w:name w:val="Hinweis-Text"/>
    <w:basedOn w:val="Standard"/>
    <w:qFormat/>
    <w:pPr>
      <w:spacing w:after="80" w:line="264" w:lineRule="auto"/>
      <w:ind w:left="340" w:hanging="340"/>
      <w:jc w:val="left"/>
    </w:pPr>
    <w:rPr>
      <w:rFonts w:ascii="Calibri" w:eastAsia="Calibri" w:hAnsi="Calibri" w:cs="Calibri"/>
      <w:sz w:val="21"/>
    </w:rPr>
  </w:style>
  <w:style w:type="paragraph" w:customStyle="1" w:styleId="Hinweis-Klein">
    <w:name w:val="Hinweis-Klein"/>
    <w:basedOn w:val="Standard"/>
    <w:qFormat/>
    <w:pPr>
      <w:spacing w:after="40" w:line="264" w:lineRule="auto"/>
      <w:jc w:val="left"/>
    </w:pPr>
    <w:rPr>
      <w:rFonts w:ascii="Calibri" w:eastAsia="Calibri" w:hAnsi="Calibri" w:cs="Calibri"/>
      <w:color w:val="595F69"/>
      <w:sz w:val="18"/>
    </w:rPr>
  </w:style>
  <w:style w:type="paragraph" w:customStyle="1" w:styleId="Deckblatt">
    <w:name w:val="Deckblatt"/>
    <w:basedOn w:val="Standard"/>
    <w:qFormat/>
    <w:pPr>
      <w:spacing w:after="0" w:line="276" w:lineRule="auto"/>
      <w:jc w:val="center"/>
    </w:pPr>
  </w:style>
  <w:style w:type="paragraph" w:customStyle="1" w:styleId="Deckblatt-Titel">
    <w:name w:val="Deckblatt-Titel"/>
    <w:basedOn w:val="Deckblatt"/>
    <w:qFormat/>
    <w:rPr>
      <w:b/>
      <w:sz w:val="4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6528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65280"/>
    <w:rPr>
      <w:rFonts w:ascii="Times New Roman" w:eastAsia="Times New Roman" w:hAnsi="Times New Roman" w:cs="Times New Roman"/>
      <w:color w:val="000000"/>
      <w:sz w:val="20"/>
      <w:szCs w:val="20"/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65280"/>
    <w:rPr>
      <w:vertAlign w:val="superscript"/>
    </w:rPr>
  </w:style>
  <w:style w:type="paragraph" w:styleId="Verzeichnis1">
    <w:name w:val="toc 1"/>
    <w:basedOn w:val="Standard"/>
    <w:next w:val="Standard"/>
    <w:autoRedefine/>
    <w:uiPriority w:val="39"/>
    <w:unhideWhenUsed/>
    <w:rsid w:val="00B65280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B65280"/>
    <w:pPr>
      <w:spacing w:after="100"/>
      <w:ind w:left="240"/>
    </w:pPr>
  </w:style>
  <w:style w:type="paragraph" w:styleId="Verzeichnis3">
    <w:name w:val="toc 3"/>
    <w:basedOn w:val="Standard"/>
    <w:next w:val="Standard"/>
    <w:autoRedefine/>
    <w:uiPriority w:val="39"/>
    <w:unhideWhenUsed/>
    <w:rsid w:val="00B65280"/>
    <w:pPr>
      <w:spacing w:after="100"/>
      <w:ind w:left="480"/>
    </w:pPr>
  </w:style>
  <w:style w:type="paragraph" w:styleId="Verzeichnis4">
    <w:name w:val="toc 4"/>
    <w:basedOn w:val="Standard"/>
    <w:next w:val="Standard"/>
    <w:autoRedefine/>
    <w:uiPriority w:val="39"/>
    <w:unhideWhenUsed/>
    <w:rsid w:val="00B65280"/>
    <w:pPr>
      <w:spacing w:after="100"/>
      <w:ind w:left="720"/>
    </w:pPr>
  </w:style>
  <w:style w:type="paragraph" w:styleId="Verzeichnis5">
    <w:name w:val="toc 5"/>
    <w:basedOn w:val="Standard"/>
    <w:next w:val="Standard"/>
    <w:autoRedefine/>
    <w:uiPriority w:val="39"/>
    <w:unhideWhenUsed/>
    <w:rsid w:val="00B65280"/>
    <w:pPr>
      <w:spacing w:after="100"/>
      <w:ind w:left="960"/>
    </w:pPr>
  </w:style>
  <w:style w:type="character" w:styleId="Hyperlink">
    <w:name w:val="Hyperlink"/>
    <w:basedOn w:val="Absatz-Standardschriftart"/>
    <w:uiPriority w:val="99"/>
    <w:unhideWhenUsed/>
    <w:rsid w:val="00B652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edikatspilot.de/quellenpilot?von=ig_dm_vorlag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746</Words>
  <Characters>4706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Hausarbeit Jura</dc:title>
  <dc:subject>Formatvorlage für juristische Haus- und Seminararbeiten</dc:subject>
  <dc:creator>Ron Lange</dc:creator>
  <cp:keywords/>
  <dc:description>generated by python-docx</dc:description>
  <cp:lastModifiedBy>Ron Lange</cp:lastModifiedBy>
  <cp:revision>2</cp:revision>
  <dcterms:created xsi:type="dcterms:W3CDTF">2026-10-10T19:24:00Z</dcterms:created>
  <dcterms:modified xsi:type="dcterms:W3CDTF">2026-10-10T19:24:00Z</dcterms:modified>
  <cp:category/>
</cp:coreProperties>
</file>